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BBFE3" w14:textId="0E1E6642" w:rsidR="000D40E3" w:rsidRPr="00855F92" w:rsidRDefault="00855F92">
      <w:pPr>
        <w:spacing w:after="20"/>
        <w:rPr>
          <w:lang w:val="nl-NL"/>
        </w:rPr>
      </w:pPr>
      <w:r>
        <w:rPr>
          <w:b/>
          <w:color w:val="1F4D78"/>
          <w:sz w:val="30"/>
          <w:lang w:val="nl-NL"/>
        </w:rPr>
        <w:t>A</w:t>
      </w:r>
      <w:r w:rsidR="00D0649E" w:rsidRPr="00855F92">
        <w:rPr>
          <w:b/>
          <w:color w:val="1F4D78"/>
          <w:sz w:val="30"/>
          <w:lang w:val="nl-NL"/>
        </w:rPr>
        <w:t xml:space="preserve">anvraagformulier </w:t>
      </w:r>
      <w:r w:rsidR="001B2277">
        <w:rPr>
          <w:b/>
          <w:color w:val="1F4D78"/>
          <w:sz w:val="30"/>
          <w:lang w:val="nl-NL"/>
        </w:rPr>
        <w:t>uitzondering Foknormen</w:t>
      </w:r>
    </w:p>
    <w:p w14:paraId="16CD17DF" w14:textId="2712A112" w:rsidR="000D40E3" w:rsidRDefault="00D0649E">
      <w:pPr>
        <w:spacing w:after="80"/>
      </w:pPr>
      <w:r w:rsidRPr="00855F92">
        <w:rPr>
          <w:lang w:val="nl-NL"/>
        </w:rPr>
        <w:t xml:space="preserve">Voor een specifieke fokcombinatie. Indienen minimaal 2 maanden voor geplande dekking/inseminatie. </w:t>
      </w:r>
      <w:r>
        <w:t xml:space="preserve">Positief besluit: </w:t>
      </w:r>
      <w:r w:rsidR="00855F92">
        <w:t>9</w:t>
      </w:r>
      <w:r>
        <w:t xml:space="preserve"> maanden geldig vanaf besluitdatum.</w:t>
      </w:r>
    </w:p>
    <w:p w14:paraId="55198686" w14:textId="77777777" w:rsidR="000D40E3" w:rsidRDefault="00D0649E">
      <w:pPr>
        <w:pStyle w:val="Kop1"/>
      </w:pPr>
      <w:r>
        <w:t>1. Aanvrager en combinatie</w:t>
      </w:r>
    </w:p>
    <w:tbl>
      <w:tblPr>
        <w:tblStyle w:val="Tabelraster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2409"/>
        <w:gridCol w:w="7341"/>
      </w:tblGrid>
      <w:tr w:rsidR="000D40E3" w14:paraId="227BC653" w14:textId="77777777" w:rsidTr="25563158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F4AAB94" w14:textId="7E1C9248" w:rsidR="000D40E3" w:rsidRDefault="001B2277">
            <w:pPr>
              <w:spacing w:after="0"/>
            </w:pPr>
            <w:r>
              <w:rPr>
                <w:b/>
              </w:rPr>
              <w:t>Naam a</w:t>
            </w:r>
            <w:r w:rsidR="00D0649E">
              <w:rPr>
                <w:b/>
              </w:rPr>
              <w:t xml:space="preserve">anvrager 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EA531FE" w14:textId="77777777" w:rsidR="000D40E3" w:rsidRDefault="000D40E3">
            <w:pPr>
              <w:spacing w:after="0"/>
            </w:pPr>
          </w:p>
        </w:tc>
      </w:tr>
      <w:tr w:rsidR="000D40E3" w14:paraId="6C9DE41C" w14:textId="77777777" w:rsidTr="25563158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1742B1C" w14:textId="77777777" w:rsidR="000D40E3" w:rsidRDefault="00D0649E">
            <w:pPr>
              <w:spacing w:after="0"/>
            </w:pPr>
            <w:r>
              <w:rPr>
                <w:b/>
              </w:rPr>
              <w:t>E-mail en telefoon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0A67330" w14:textId="77777777" w:rsidR="000D40E3" w:rsidRDefault="000D40E3">
            <w:pPr>
              <w:spacing w:after="0"/>
            </w:pPr>
          </w:p>
        </w:tc>
      </w:tr>
      <w:tr w:rsidR="000D40E3" w14:paraId="5F198863" w14:textId="77777777" w:rsidTr="25563158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044EC27" w14:textId="77777777" w:rsidR="000D40E3" w:rsidRDefault="00D0649E">
            <w:pPr>
              <w:spacing w:after="0"/>
            </w:pPr>
            <w:r>
              <w:rPr>
                <w:b/>
              </w:rPr>
              <w:t>Ras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F244FE2" w14:textId="77777777" w:rsidR="000D40E3" w:rsidRDefault="000D40E3">
            <w:pPr>
              <w:spacing w:after="0"/>
            </w:pPr>
          </w:p>
        </w:tc>
      </w:tr>
      <w:tr w:rsidR="000D40E3" w14:paraId="42D22527" w14:textId="77777777" w:rsidTr="25563158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1922CC8" w14:textId="7C1F9F18" w:rsidR="000D40E3" w:rsidRDefault="003D7AB7" w:rsidP="2556315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Verwachte </w:t>
            </w:r>
            <w:r w:rsidR="05451207" w:rsidRPr="25563158">
              <w:rPr>
                <w:b/>
                <w:bCs/>
              </w:rPr>
              <w:t xml:space="preserve"> datum dekking/inseminatie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FCCE74D" w14:textId="77777777" w:rsidR="000D40E3" w:rsidRDefault="000D40E3">
            <w:pPr>
              <w:spacing w:after="0"/>
            </w:pPr>
          </w:p>
        </w:tc>
      </w:tr>
      <w:tr w:rsidR="000D40E3" w14:paraId="7D8D14EC" w14:textId="77777777" w:rsidTr="25563158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2E81B25" w14:textId="77777777" w:rsidR="000D40E3" w:rsidRDefault="00D0649E">
            <w:pPr>
              <w:spacing w:after="0"/>
            </w:pPr>
            <w:r>
              <w:rPr>
                <w:b/>
              </w:rPr>
              <w:t>Teef: naam, stamboomnr., geboortedatum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D6602FA" w14:textId="77777777" w:rsidR="000D40E3" w:rsidRDefault="000D40E3">
            <w:pPr>
              <w:spacing w:after="0"/>
            </w:pPr>
          </w:p>
        </w:tc>
      </w:tr>
      <w:tr w:rsidR="000D40E3" w14:paraId="7367448C" w14:textId="77777777" w:rsidTr="25563158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868955A" w14:textId="77777777" w:rsidR="000D40E3" w:rsidRDefault="00D0649E">
            <w:pPr>
              <w:spacing w:after="0"/>
            </w:pPr>
            <w:r>
              <w:rPr>
                <w:b/>
              </w:rPr>
              <w:t>Reu: naam, stamboomnr., geboortedatum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F365BA9" w14:textId="77777777" w:rsidR="000D40E3" w:rsidRDefault="000D40E3">
            <w:pPr>
              <w:spacing w:after="0"/>
            </w:pPr>
          </w:p>
        </w:tc>
      </w:tr>
      <w:tr w:rsidR="000D40E3" w:rsidRPr="00896688" w14:paraId="21CDEF27" w14:textId="77777777" w:rsidTr="25563158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BBDAD1D" w14:textId="0F536447" w:rsidR="000D40E3" w:rsidRPr="00855F92" w:rsidRDefault="007955B7">
            <w:pPr>
              <w:spacing w:after="0"/>
              <w:rPr>
                <w:lang w:val="nl-NL"/>
              </w:rPr>
            </w:pPr>
            <w:r>
              <w:rPr>
                <w:b/>
                <w:bCs/>
                <w:lang w:val="nl-NL"/>
              </w:rPr>
              <w:t xml:space="preserve">Reu: </w:t>
            </w:r>
            <w:r w:rsidR="05451207" w:rsidRPr="25563158">
              <w:rPr>
                <w:b/>
                <w:bCs/>
                <w:lang w:val="nl-NL"/>
              </w:rPr>
              <w:t xml:space="preserve">Eigenaar en land/verblijfplaats 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6A70DED" w14:textId="77777777" w:rsidR="000D40E3" w:rsidRPr="00855F92" w:rsidRDefault="000D40E3">
            <w:pPr>
              <w:spacing w:after="0"/>
              <w:rPr>
                <w:lang w:val="nl-NL"/>
              </w:rPr>
            </w:pPr>
          </w:p>
        </w:tc>
      </w:tr>
      <w:tr w:rsidR="000D40E3" w:rsidRPr="00896688" w14:paraId="51A4D2C5" w14:textId="77777777" w:rsidTr="25563158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45C6B87" w14:textId="68214BE0" w:rsidR="000D40E3" w:rsidRPr="00855F92" w:rsidRDefault="001B2277">
            <w:pPr>
              <w:spacing w:after="0"/>
              <w:rPr>
                <w:lang w:val="nl-NL"/>
              </w:rPr>
            </w:pPr>
            <w:r>
              <w:rPr>
                <w:b/>
                <w:lang w:val="nl-NL"/>
              </w:rPr>
              <w:t>E</w:t>
            </w:r>
            <w:r w:rsidR="00D0649E" w:rsidRPr="00855F92">
              <w:rPr>
                <w:b/>
                <w:lang w:val="nl-NL"/>
              </w:rPr>
              <w:t>erdere inzet fokkerij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8961B5F" w14:textId="5359994B" w:rsidR="000D40E3" w:rsidRPr="00855F92" w:rsidRDefault="00D0649E">
            <w:pPr>
              <w:spacing w:after="0"/>
              <w:rPr>
                <w:lang w:val="nl-NL"/>
              </w:rPr>
            </w:pPr>
            <w:r w:rsidRPr="2E965750">
              <w:rPr>
                <w:lang w:val="nl-NL"/>
              </w:rPr>
              <w:t>Teef: ☐ geen ☐ ja</w:t>
            </w:r>
            <w:r w:rsidR="00AF54E9">
              <w:rPr>
                <w:lang w:val="nl-NL"/>
              </w:rPr>
              <w:t xml:space="preserve">, </w:t>
            </w:r>
            <w:r w:rsidR="0059131B">
              <w:rPr>
                <w:lang w:val="nl-NL"/>
              </w:rPr>
              <w:t xml:space="preserve"> ………….. (aantal) keer</w:t>
            </w:r>
            <w:r w:rsidRPr="00AF54E9">
              <w:rPr>
                <w:lang w:val="nl-NL"/>
              </w:rPr>
              <w:br/>
            </w:r>
            <w:r w:rsidRPr="2E965750">
              <w:rPr>
                <w:lang w:val="nl-NL"/>
              </w:rPr>
              <w:t>Reu: ☐ niet ☐ beperkt ☐ regelmatig</w:t>
            </w:r>
            <w:r w:rsidR="0059131B">
              <w:rPr>
                <w:lang w:val="nl-NL"/>
              </w:rPr>
              <w:t xml:space="preserve"> ………..(aantal) keer</w:t>
            </w:r>
          </w:p>
        </w:tc>
      </w:tr>
    </w:tbl>
    <w:p w14:paraId="3B369F71" w14:textId="21A9B39F" w:rsidR="000D40E3" w:rsidRDefault="00D0649E">
      <w:pPr>
        <w:pStyle w:val="Kop1"/>
      </w:pPr>
      <w:r>
        <w:t xml:space="preserve">2. </w:t>
      </w:r>
      <w:r w:rsidR="00855F92">
        <w:t>H</w:t>
      </w:r>
      <w:r>
        <w:t>oofdreden</w:t>
      </w:r>
    </w:p>
    <w:tbl>
      <w:tblPr>
        <w:tblStyle w:val="Tabelraster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4"/>
      </w:tblGrid>
      <w:tr w:rsidR="000D40E3" w14:paraId="4618F69C" w14:textId="77777777" w:rsidTr="25563158">
        <w:trPr>
          <w:jc w:val="center"/>
        </w:trPr>
        <w:tc>
          <w:tcPr>
            <w:tcW w:w="9750" w:type="dxa"/>
            <w:gridSpan w:val="2"/>
            <w:shd w:val="clear" w:color="auto" w:fill="E8EEF5"/>
          </w:tcPr>
          <w:p w14:paraId="23BA88A5" w14:textId="77777777" w:rsidR="000D40E3" w:rsidRDefault="00D0649E">
            <w:pPr>
              <w:spacing w:after="0"/>
            </w:pPr>
            <w:r>
              <w:rPr>
                <w:b/>
              </w:rPr>
              <w:t>Hoofdreden aanvraag</w:t>
            </w:r>
          </w:p>
        </w:tc>
      </w:tr>
      <w:tr w:rsidR="000D40E3" w:rsidRPr="00896688" w14:paraId="3BA4C884" w14:textId="77777777" w:rsidTr="25563158">
        <w:trPr>
          <w:jc w:val="center"/>
        </w:trPr>
        <w:tc>
          <w:tcPr>
            <w:tcW w:w="4876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6B9A240" w14:textId="20E559AE" w:rsidR="000D40E3" w:rsidRPr="00855F92" w:rsidRDefault="00387BFE">
            <w:pPr>
              <w:spacing w:after="0"/>
              <w:rPr>
                <w:lang w:val="nl-NL"/>
              </w:rPr>
            </w:pPr>
            <w:r>
              <w:t>☐ Buitenlandse, weinig ingezette reu</w:t>
            </w:r>
          </w:p>
        </w:tc>
        <w:tc>
          <w:tcPr>
            <w:tcW w:w="4874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A925A73" w14:textId="4C0F8E60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>☐ Tijdelijk probleem reu zonder erfelijke basis</w:t>
            </w:r>
            <w:r w:rsidR="003B65C6">
              <w:rPr>
                <w:lang w:val="nl-NL"/>
              </w:rPr>
              <w:t xml:space="preserve"> (KI)</w:t>
            </w:r>
          </w:p>
        </w:tc>
      </w:tr>
      <w:tr w:rsidR="000D40E3" w14:paraId="5326541E" w14:textId="77777777" w:rsidTr="25563158">
        <w:trPr>
          <w:jc w:val="center"/>
        </w:trPr>
        <w:tc>
          <w:tcPr>
            <w:tcW w:w="4876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BAD4885" w14:textId="77777777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>☐ Afstand/reisbelasting weegt zwaarder dan KI</w:t>
            </w:r>
          </w:p>
        </w:tc>
        <w:tc>
          <w:tcPr>
            <w:tcW w:w="4874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1C3E49F" w14:textId="7065421B" w:rsidR="000D40E3" w:rsidRDefault="00D0649E">
            <w:pPr>
              <w:spacing w:after="0"/>
            </w:pPr>
            <w:r>
              <w:t>☐ Overleden reu</w:t>
            </w:r>
            <w:r w:rsidR="003335AB">
              <w:t xml:space="preserve"> (</w:t>
            </w:r>
            <w:r w:rsidR="00BD4382">
              <w:t>KI)</w:t>
            </w:r>
          </w:p>
        </w:tc>
      </w:tr>
      <w:tr w:rsidR="000D40E3" w:rsidRPr="001B2277" w14:paraId="469C60D4" w14:textId="77777777" w:rsidTr="25563158">
        <w:trPr>
          <w:jc w:val="center"/>
        </w:trPr>
        <w:tc>
          <w:tcPr>
            <w:tcW w:w="4876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075F120" w14:textId="587D9696" w:rsidR="000D40E3" w:rsidRPr="00855F92" w:rsidRDefault="00C63DE6">
            <w:pPr>
              <w:spacing w:after="0"/>
              <w:rPr>
                <w:lang w:val="nl-NL"/>
              </w:rPr>
            </w:pPr>
            <w:r>
              <w:t>☐ Trauma (zie dierenartsverklaring)</w:t>
            </w:r>
          </w:p>
        </w:tc>
        <w:tc>
          <w:tcPr>
            <w:tcW w:w="4874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7B00428" w14:textId="01BD3830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 xml:space="preserve">☐ </w:t>
            </w:r>
            <w:r w:rsidR="00B77E15" w:rsidRPr="00855F92">
              <w:rPr>
                <w:lang w:val="nl-NL"/>
              </w:rPr>
              <w:t>Genetisch waardevolle oudere</w:t>
            </w:r>
            <w:r w:rsidR="00B77E15">
              <w:rPr>
                <w:lang w:val="nl-NL"/>
              </w:rPr>
              <w:t xml:space="preserve"> reu</w:t>
            </w:r>
          </w:p>
        </w:tc>
      </w:tr>
      <w:tr w:rsidR="000D40E3" w:rsidRPr="00896688" w14:paraId="25A8C229" w14:textId="77777777" w:rsidTr="25563158">
        <w:trPr>
          <w:jc w:val="center"/>
        </w:trPr>
        <w:tc>
          <w:tcPr>
            <w:tcW w:w="4876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83B7257" w14:textId="7BA9E3EB" w:rsidR="000D40E3" w:rsidRPr="00AF1443" w:rsidRDefault="00AF1443">
            <w:pPr>
              <w:spacing w:after="0"/>
              <w:rPr>
                <w:lang w:val="nl-NL"/>
              </w:rPr>
            </w:pPr>
            <w:r w:rsidRPr="00AF54E9">
              <w:rPr>
                <w:lang w:val="nl-NL"/>
              </w:rPr>
              <w:t xml:space="preserve">☐ </w:t>
            </w:r>
            <w:r w:rsidRPr="2E965750">
              <w:rPr>
                <w:lang w:val="nl-NL"/>
              </w:rPr>
              <w:t>O</w:t>
            </w:r>
            <w:r w:rsidRPr="00AF54E9">
              <w:rPr>
                <w:lang w:val="nl-NL"/>
              </w:rPr>
              <w:t>udere reu, gezondheid bewezen o</w:t>
            </w:r>
            <w:r w:rsidRPr="2E965750">
              <w:rPr>
                <w:lang w:val="nl-NL"/>
              </w:rPr>
              <w:t>p andere manier (zie dierenartsverklaring)</w:t>
            </w:r>
          </w:p>
        </w:tc>
        <w:tc>
          <w:tcPr>
            <w:tcW w:w="4874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B9E5ED5" w14:textId="72138BB0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 xml:space="preserve">☐ Genetisch waardevolle </w:t>
            </w:r>
            <w:r w:rsidR="00B77E15">
              <w:rPr>
                <w:lang w:val="nl-NL"/>
              </w:rPr>
              <w:t>overl</w:t>
            </w:r>
            <w:r w:rsidRPr="00855F92">
              <w:rPr>
                <w:lang w:val="nl-NL"/>
              </w:rPr>
              <w:t>eden reu</w:t>
            </w:r>
            <w:r w:rsidR="000D62DD">
              <w:rPr>
                <w:lang w:val="nl-NL"/>
              </w:rPr>
              <w:t xml:space="preserve"> (</w:t>
            </w:r>
            <w:r w:rsidR="00592E09">
              <w:rPr>
                <w:lang w:val="nl-NL"/>
              </w:rPr>
              <w:t>KI</w:t>
            </w:r>
            <w:r w:rsidR="003E084F">
              <w:rPr>
                <w:lang w:val="nl-NL"/>
              </w:rPr>
              <w:t>)</w:t>
            </w:r>
          </w:p>
        </w:tc>
      </w:tr>
      <w:tr w:rsidR="00E94233" w:rsidRPr="00EA72DD" w14:paraId="469FAD79" w14:textId="77777777">
        <w:trPr>
          <w:jc w:val="center"/>
        </w:trPr>
        <w:tc>
          <w:tcPr>
            <w:tcW w:w="9750" w:type="dxa"/>
            <w:gridSpan w:val="2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7B5703D" w14:textId="159C98F6" w:rsidR="00E94233" w:rsidRPr="00855F92" w:rsidRDefault="00E94233" w:rsidP="002A7006">
            <w:pPr>
              <w:spacing w:after="0"/>
              <w:rPr>
                <w:lang w:val="nl-NL"/>
              </w:rPr>
            </w:pPr>
            <w:r>
              <w:t>☐ Anders, namelijk</w:t>
            </w:r>
            <w:r w:rsidR="00564F7D">
              <w:t>:</w:t>
            </w:r>
          </w:p>
        </w:tc>
      </w:tr>
    </w:tbl>
    <w:p w14:paraId="562D5BE3" w14:textId="1A728D4D" w:rsidR="000D40E3" w:rsidRPr="00855F92" w:rsidRDefault="00B77E15" w:rsidP="2E965750">
      <w:pPr>
        <w:keepNext/>
        <w:spacing w:before="40" w:after="20"/>
        <w:rPr>
          <w:b/>
          <w:bCs/>
          <w:lang w:val="nl-NL"/>
        </w:rPr>
      </w:pPr>
      <w:r>
        <w:rPr>
          <w:b/>
          <w:bCs/>
          <w:lang w:val="nl-NL"/>
        </w:rPr>
        <w:br/>
      </w:r>
      <w:r>
        <w:rPr>
          <w:b/>
          <w:bCs/>
          <w:lang w:val="nl-NL"/>
        </w:rPr>
        <w:br/>
      </w:r>
      <w:r w:rsidR="00D0649E" w:rsidRPr="2E965750">
        <w:rPr>
          <w:b/>
          <w:bCs/>
          <w:lang w:val="nl-NL"/>
        </w:rPr>
        <w:t>Korte motivatie waarom deze combinatie nodig en verantwoord is</w:t>
      </w:r>
      <w:r w:rsidR="00E4578F">
        <w:rPr>
          <w:b/>
          <w:bCs/>
          <w:lang w:val="nl-NL"/>
        </w:rPr>
        <w:t xml:space="preserve"> en </w:t>
      </w:r>
      <w:r w:rsidR="48FECA80" w:rsidRPr="2E965750">
        <w:rPr>
          <w:b/>
          <w:bCs/>
          <w:lang w:val="nl-NL"/>
        </w:rPr>
        <w:t>waarom deze combinatie een waardevolle bijdrage aan de populatie is</w:t>
      </w:r>
    </w:p>
    <w:tbl>
      <w:tblPr>
        <w:tblStyle w:val="Tabelraster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9750"/>
      </w:tblGrid>
      <w:tr w:rsidR="000D40E3" w:rsidRPr="00896688" w14:paraId="7A09E493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252AE7C3" w14:textId="77777777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 xml:space="preserve"> </w:t>
            </w:r>
          </w:p>
        </w:tc>
      </w:tr>
      <w:tr w:rsidR="000D40E3" w:rsidRPr="00896688" w14:paraId="64A39F31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6892D934" w14:textId="77777777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 xml:space="preserve"> </w:t>
            </w:r>
          </w:p>
        </w:tc>
      </w:tr>
      <w:tr w:rsidR="000D40E3" w:rsidRPr="00896688" w14:paraId="661A0107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741F0BF1" w14:textId="77777777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 xml:space="preserve"> </w:t>
            </w:r>
          </w:p>
        </w:tc>
      </w:tr>
      <w:tr w:rsidR="000D40E3" w:rsidRPr="00896688" w14:paraId="1ECC71BD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0EA659B7" w14:textId="77777777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 xml:space="preserve"> </w:t>
            </w:r>
          </w:p>
        </w:tc>
      </w:tr>
      <w:tr w:rsidR="00B77E15" w:rsidRPr="00896688" w14:paraId="551AA2C7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3A43C649" w14:textId="77777777" w:rsidR="00B77E15" w:rsidRPr="00855F92" w:rsidRDefault="00B77E15">
            <w:pPr>
              <w:spacing w:after="0"/>
              <w:rPr>
                <w:lang w:val="nl-NL"/>
              </w:rPr>
            </w:pPr>
          </w:p>
        </w:tc>
      </w:tr>
      <w:tr w:rsidR="00B77E15" w:rsidRPr="00896688" w14:paraId="6DB47B13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2B581899" w14:textId="77777777" w:rsidR="00B77E15" w:rsidRPr="00855F92" w:rsidRDefault="00B77E15">
            <w:pPr>
              <w:spacing w:after="0"/>
              <w:rPr>
                <w:lang w:val="nl-NL"/>
              </w:rPr>
            </w:pPr>
          </w:p>
        </w:tc>
      </w:tr>
      <w:tr w:rsidR="00B77E15" w:rsidRPr="00896688" w14:paraId="54F9ECF3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6C3F5703" w14:textId="77777777" w:rsidR="00B77E15" w:rsidRPr="00855F92" w:rsidRDefault="00B77E15">
            <w:pPr>
              <w:spacing w:after="0"/>
              <w:rPr>
                <w:lang w:val="nl-NL"/>
              </w:rPr>
            </w:pPr>
          </w:p>
        </w:tc>
      </w:tr>
    </w:tbl>
    <w:p w14:paraId="2434123D" w14:textId="77777777" w:rsidR="000D40E3" w:rsidRPr="00855F92" w:rsidRDefault="00D0649E">
      <w:pPr>
        <w:rPr>
          <w:lang w:val="nl-NL"/>
        </w:rPr>
      </w:pPr>
      <w:r w:rsidRPr="00855F92">
        <w:rPr>
          <w:lang w:val="nl-NL"/>
        </w:rPr>
        <w:br w:type="page"/>
      </w:r>
    </w:p>
    <w:p w14:paraId="7CAC78EF" w14:textId="77777777" w:rsidR="000D40E3" w:rsidRDefault="00D0649E">
      <w:pPr>
        <w:pStyle w:val="Kop1"/>
      </w:pPr>
      <w:r>
        <w:lastRenderedPageBreak/>
        <w:t>3. Gezondheid, welzijn en genetische onderbouwing</w:t>
      </w:r>
    </w:p>
    <w:tbl>
      <w:tblPr>
        <w:tblStyle w:val="Tabelraster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046"/>
        <w:gridCol w:w="5704"/>
      </w:tblGrid>
      <w:tr w:rsidR="000D40E3" w:rsidRPr="00896688" w14:paraId="7C6A30EC" w14:textId="77777777" w:rsidTr="00B77E15">
        <w:trPr>
          <w:jc w:val="center"/>
        </w:trPr>
        <w:tc>
          <w:tcPr>
            <w:tcW w:w="9750" w:type="dxa"/>
            <w:gridSpan w:val="2"/>
            <w:shd w:val="clear" w:color="auto" w:fill="E8EEF5"/>
          </w:tcPr>
          <w:p w14:paraId="7FA873AA" w14:textId="05C5F70F" w:rsidR="000D40E3" w:rsidRPr="00AF54E9" w:rsidRDefault="00D0649E" w:rsidP="533E6364">
            <w:pPr>
              <w:spacing w:after="0"/>
              <w:rPr>
                <w:lang w:val="nl-NL"/>
              </w:rPr>
            </w:pPr>
            <w:r w:rsidRPr="00AF54E9">
              <w:rPr>
                <w:b/>
                <w:bCs/>
                <w:lang w:val="nl-NL"/>
              </w:rPr>
              <w:t>Verklaringen aanvrager</w:t>
            </w:r>
            <w:r w:rsidR="00215A3A" w:rsidRPr="00AF54E9">
              <w:rPr>
                <w:b/>
                <w:bCs/>
                <w:lang w:val="nl-NL"/>
              </w:rPr>
              <w:t xml:space="preserve"> (alleen wanneer alles verklaard is komt de combinatie in aanmerking)</w:t>
            </w:r>
          </w:p>
        </w:tc>
      </w:tr>
      <w:tr w:rsidR="000D40E3" w:rsidRPr="00896688" w14:paraId="0640EEC7" w14:textId="77777777" w:rsidTr="00B77E15">
        <w:trPr>
          <w:jc w:val="center"/>
        </w:trPr>
        <w:tc>
          <w:tcPr>
            <w:tcW w:w="4046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0E3CACB" w14:textId="31503DCE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>☐ Teef klinisch geschikt voor dracht</w:t>
            </w:r>
            <w:r w:rsidR="00E4578F">
              <w:rPr>
                <w:lang w:val="nl-NL"/>
              </w:rPr>
              <w:t xml:space="preserve"> en geboorte</w:t>
            </w:r>
          </w:p>
        </w:tc>
        <w:tc>
          <w:tcPr>
            <w:tcW w:w="5704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DE7875F" w14:textId="77777777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>☐ Reu klinisch gezond voor zover bekend</w:t>
            </w:r>
          </w:p>
        </w:tc>
      </w:tr>
      <w:tr w:rsidR="00B77E15" w14:paraId="5AA68A33" w14:textId="77777777" w:rsidTr="00B77E15">
        <w:trPr>
          <w:jc w:val="center"/>
        </w:trPr>
        <w:tc>
          <w:tcPr>
            <w:tcW w:w="9750" w:type="dxa"/>
            <w:gridSpan w:val="2"/>
            <w:shd w:val="clear" w:color="auto" w:fill="E8EEF5"/>
          </w:tcPr>
          <w:p w14:paraId="070EB79C" w14:textId="77777777" w:rsidR="00B77E15" w:rsidRDefault="00B77E15" w:rsidP="00B77E15">
            <w:pPr>
              <w:spacing w:after="0"/>
            </w:pPr>
            <w:r>
              <w:rPr>
                <w:b/>
              </w:rPr>
              <w:t>Populatie en fokdoel</w:t>
            </w:r>
          </w:p>
        </w:tc>
      </w:tr>
      <w:tr w:rsidR="00B77E15" w14:paraId="25E909F6" w14:textId="77777777" w:rsidTr="00B77E15">
        <w:trPr>
          <w:jc w:val="center"/>
        </w:trPr>
        <w:tc>
          <w:tcPr>
            <w:tcW w:w="4046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210BF03" w14:textId="77777777" w:rsidR="00B77E15" w:rsidRDefault="00B77E15" w:rsidP="00B77E15">
            <w:pPr>
              <w:spacing w:after="0"/>
            </w:pPr>
            <w:r>
              <w:rPr>
                <w:b/>
              </w:rPr>
              <w:t>Inteeltcoefficient / verwantschap</w:t>
            </w:r>
          </w:p>
        </w:tc>
        <w:tc>
          <w:tcPr>
            <w:tcW w:w="5704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77CB2EE" w14:textId="77777777" w:rsidR="00B77E15" w:rsidRDefault="00B77E15" w:rsidP="00B77E15">
            <w:pPr>
              <w:spacing w:after="0"/>
            </w:pPr>
          </w:p>
        </w:tc>
      </w:tr>
      <w:tr w:rsidR="00B77E15" w14:paraId="45CA58C3" w14:textId="77777777" w:rsidTr="00B77E15">
        <w:trPr>
          <w:jc w:val="center"/>
        </w:trPr>
        <w:tc>
          <w:tcPr>
            <w:tcW w:w="4046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82FF05D" w14:textId="77777777" w:rsidR="00B77E15" w:rsidRDefault="00B77E15" w:rsidP="00B77E15">
            <w:pPr>
              <w:spacing w:after="0"/>
            </w:pPr>
            <w:r>
              <w:rPr>
                <w:b/>
              </w:rPr>
              <w:t>Gezondheidsmeerwaarde</w:t>
            </w:r>
          </w:p>
        </w:tc>
        <w:tc>
          <w:tcPr>
            <w:tcW w:w="5704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225235C" w14:textId="77777777" w:rsidR="00B77E15" w:rsidRDefault="00B77E15" w:rsidP="00B77E15">
            <w:pPr>
              <w:spacing w:after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toelichting hieronder</w:t>
            </w:r>
          </w:p>
        </w:tc>
      </w:tr>
      <w:tr w:rsidR="00B77E15" w:rsidRPr="00896688" w14:paraId="10E812EE" w14:textId="77777777" w:rsidTr="00B77E15">
        <w:trPr>
          <w:jc w:val="center"/>
        </w:trPr>
        <w:tc>
          <w:tcPr>
            <w:tcW w:w="4046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EBC1098" w14:textId="77777777" w:rsidR="00B77E15" w:rsidRDefault="00B77E15" w:rsidP="00B77E15">
            <w:pPr>
              <w:spacing w:after="0"/>
            </w:pPr>
            <w:r>
              <w:rPr>
                <w:b/>
              </w:rPr>
              <w:t>Bijdrage genetische diversiteit</w:t>
            </w:r>
          </w:p>
        </w:tc>
        <w:tc>
          <w:tcPr>
            <w:tcW w:w="5704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FD59CAB" w14:textId="77777777" w:rsidR="00B77E15" w:rsidRPr="00855F92" w:rsidRDefault="00B77E15" w:rsidP="00B77E15">
            <w:pPr>
              <w:spacing w:after="0"/>
              <w:rPr>
                <w:lang w:val="nl-NL"/>
              </w:rPr>
            </w:pPr>
            <w:r w:rsidRPr="00855F92">
              <w:rPr>
                <w:rFonts w:ascii="Segoe UI Symbol" w:hAnsi="Segoe UI Symbol" w:cs="Segoe UI Symbol"/>
                <w:lang w:val="nl-NL"/>
              </w:rPr>
              <w:t>☐</w:t>
            </w:r>
            <w:r w:rsidRPr="00855F92">
              <w:rPr>
                <w:lang w:val="nl-NL"/>
              </w:rPr>
              <w:t xml:space="preserve"> verbreding basis </w:t>
            </w:r>
            <w:r w:rsidRPr="00855F92">
              <w:rPr>
                <w:rFonts w:ascii="Segoe UI Symbol" w:hAnsi="Segoe UI Symbol" w:cs="Segoe UI Symbol"/>
                <w:lang w:val="nl-NL"/>
              </w:rPr>
              <w:t>☐</w:t>
            </w:r>
            <w:r w:rsidRPr="00855F92">
              <w:rPr>
                <w:lang w:val="nl-NL"/>
              </w:rPr>
              <w:t xml:space="preserve"> zeldzame lijn </w:t>
            </w:r>
            <w:r w:rsidRPr="00855F92">
              <w:rPr>
                <w:rFonts w:ascii="Segoe UI Symbol" w:hAnsi="Segoe UI Symbol" w:cs="Segoe UI Symbol"/>
                <w:lang w:val="nl-NL"/>
              </w:rPr>
              <w:t>☐</w:t>
            </w:r>
            <w:r w:rsidRPr="00855F92">
              <w:rPr>
                <w:lang w:val="nl-NL"/>
              </w:rPr>
              <w:t xml:space="preserve"> beperkt ingezette reu </w:t>
            </w:r>
            <w:r w:rsidRPr="00855F92">
              <w:rPr>
                <w:rFonts w:ascii="Segoe UI Symbol" w:hAnsi="Segoe UI Symbol" w:cs="Segoe UI Symbol"/>
                <w:lang w:val="nl-NL"/>
              </w:rPr>
              <w:t>☐</w:t>
            </w:r>
            <w:r w:rsidRPr="00855F92">
              <w:rPr>
                <w:lang w:val="nl-NL"/>
              </w:rPr>
              <w:t xml:space="preserve"> anders</w:t>
            </w:r>
          </w:p>
        </w:tc>
      </w:tr>
      <w:tr w:rsidR="00B77E15" w14:paraId="146895E8" w14:textId="77777777" w:rsidTr="00B77E15">
        <w:trPr>
          <w:jc w:val="center"/>
        </w:trPr>
        <w:tc>
          <w:tcPr>
            <w:tcW w:w="4046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22B00E4" w14:textId="77777777" w:rsidR="00B77E15" w:rsidRDefault="00B77E15" w:rsidP="00B77E15">
            <w:pPr>
              <w:spacing w:after="0"/>
            </w:pPr>
            <w:r>
              <w:rPr>
                <w:b/>
              </w:rPr>
              <w:t>Plan inzet eventuele nakomelingen</w:t>
            </w:r>
          </w:p>
        </w:tc>
        <w:tc>
          <w:tcPr>
            <w:tcW w:w="5704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6CDE8CB" w14:textId="77777777" w:rsidR="00B77E15" w:rsidRDefault="00B77E15" w:rsidP="00B77E15">
            <w:pPr>
              <w:spacing w:after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geen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beperkt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concreet fokplan</w:t>
            </w:r>
          </w:p>
        </w:tc>
      </w:tr>
    </w:tbl>
    <w:p w14:paraId="0B4B96D0" w14:textId="77777777" w:rsidR="000D40E3" w:rsidRDefault="00D0649E">
      <w:pPr>
        <w:keepNext/>
        <w:spacing w:before="40" w:after="20"/>
      </w:pPr>
      <w:r>
        <w:rPr>
          <w:b/>
        </w:rPr>
        <w:t>Toelichting gezondheid/welzijn/diversiteit</w:t>
      </w:r>
    </w:p>
    <w:tbl>
      <w:tblPr>
        <w:tblStyle w:val="Tabelraster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9750"/>
      </w:tblGrid>
      <w:tr w:rsidR="000D40E3" w14:paraId="138DF60A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6DE55F82" w14:textId="77777777" w:rsidR="000D40E3" w:rsidRDefault="00D0649E">
            <w:pPr>
              <w:spacing w:after="0"/>
            </w:pPr>
            <w:r>
              <w:t xml:space="preserve"> </w:t>
            </w:r>
          </w:p>
        </w:tc>
      </w:tr>
      <w:tr w:rsidR="000D40E3" w14:paraId="406F135C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4824A231" w14:textId="77777777" w:rsidR="000D40E3" w:rsidRDefault="00D0649E">
            <w:pPr>
              <w:spacing w:after="0"/>
            </w:pPr>
            <w:r>
              <w:t xml:space="preserve"> </w:t>
            </w:r>
          </w:p>
        </w:tc>
      </w:tr>
      <w:tr w:rsidR="000D40E3" w14:paraId="2A4D5F61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004676EF" w14:textId="77777777" w:rsidR="000D40E3" w:rsidRDefault="00D0649E">
            <w:pPr>
              <w:spacing w:after="0"/>
            </w:pPr>
            <w:r>
              <w:t xml:space="preserve"> </w:t>
            </w:r>
          </w:p>
        </w:tc>
      </w:tr>
      <w:tr w:rsidR="000D40E3" w14:paraId="39E280FB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7550DAB0" w14:textId="77777777" w:rsidR="000D40E3" w:rsidRDefault="00D0649E">
            <w:pPr>
              <w:spacing w:after="0"/>
            </w:pPr>
            <w:r>
              <w:t xml:space="preserve"> </w:t>
            </w:r>
          </w:p>
        </w:tc>
      </w:tr>
      <w:tr w:rsidR="00AE7466" w14:paraId="632B8B2C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54232411" w14:textId="77777777" w:rsidR="00AE7466" w:rsidRDefault="00AE7466">
            <w:pPr>
              <w:spacing w:after="0"/>
            </w:pPr>
          </w:p>
        </w:tc>
      </w:tr>
      <w:tr w:rsidR="00AE7466" w14:paraId="71E97C1C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0E0506FB" w14:textId="77777777" w:rsidR="00AE7466" w:rsidRDefault="00AE7466">
            <w:pPr>
              <w:spacing w:after="0"/>
            </w:pPr>
          </w:p>
        </w:tc>
      </w:tr>
      <w:tr w:rsidR="00AE7466" w14:paraId="5BD91601" w14:textId="77777777">
        <w:trPr>
          <w:jc w:val="center"/>
        </w:trPr>
        <w:tc>
          <w:tcPr>
            <w:tcW w:w="10262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5068B448" w14:textId="77777777" w:rsidR="00AE7466" w:rsidRDefault="00AE7466">
            <w:pPr>
              <w:spacing w:after="0"/>
            </w:pPr>
          </w:p>
        </w:tc>
      </w:tr>
    </w:tbl>
    <w:p w14:paraId="417AFE84" w14:textId="42BFC8F1" w:rsidR="000D40E3" w:rsidRDefault="00D0649E">
      <w:pPr>
        <w:pStyle w:val="Kop1"/>
      </w:pPr>
      <w:r>
        <w:t>4. Bijlage</w:t>
      </w:r>
      <w:r w:rsidR="004E109D">
        <w:t>s</w:t>
      </w:r>
      <w:r>
        <w:t xml:space="preserve"> en verklaring</w:t>
      </w:r>
    </w:p>
    <w:tbl>
      <w:tblPr>
        <w:tblStyle w:val="Tabelraster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5"/>
        <w:gridCol w:w="4875"/>
      </w:tblGrid>
      <w:tr w:rsidR="000D40E3" w:rsidRPr="00896688" w14:paraId="06BB4BA8" w14:textId="77777777" w:rsidTr="00AF54E9">
        <w:trPr>
          <w:jc w:val="center"/>
        </w:trPr>
        <w:tc>
          <w:tcPr>
            <w:tcW w:w="9750" w:type="dxa"/>
            <w:gridSpan w:val="2"/>
            <w:shd w:val="clear" w:color="auto" w:fill="E8EEF5"/>
          </w:tcPr>
          <w:p w14:paraId="2682E5EC" w14:textId="22C296A8" w:rsidR="000D40E3" w:rsidRPr="000A0F70" w:rsidRDefault="00D0649E">
            <w:pPr>
              <w:spacing w:after="0"/>
              <w:rPr>
                <w:lang w:val="nl-NL"/>
              </w:rPr>
            </w:pPr>
            <w:r w:rsidRPr="000A0F70">
              <w:rPr>
                <w:b/>
                <w:lang w:val="nl-NL"/>
              </w:rPr>
              <w:t>Bijlagen</w:t>
            </w:r>
            <w:r w:rsidR="00AE7466" w:rsidRPr="000A0F70">
              <w:rPr>
                <w:b/>
                <w:lang w:val="nl-NL"/>
              </w:rPr>
              <w:t xml:space="preserve"> (allen moeten </w:t>
            </w:r>
            <w:r w:rsidR="000A0F70" w:rsidRPr="000A0F70">
              <w:rPr>
                <w:b/>
                <w:lang w:val="nl-NL"/>
              </w:rPr>
              <w:t>aanwezig zi</w:t>
            </w:r>
            <w:r w:rsidR="000A0F70">
              <w:rPr>
                <w:b/>
                <w:lang w:val="nl-NL"/>
              </w:rPr>
              <w:t>jn)</w:t>
            </w:r>
          </w:p>
        </w:tc>
      </w:tr>
      <w:tr w:rsidR="000D40E3" w14:paraId="7DA13033" w14:textId="77777777" w:rsidTr="00AF54E9">
        <w:trPr>
          <w:jc w:val="center"/>
        </w:trPr>
        <w:tc>
          <w:tcPr>
            <w:tcW w:w="4875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A5212FE" w14:textId="77777777" w:rsidR="000D40E3" w:rsidRDefault="00D0649E">
            <w:pPr>
              <w:spacing w:after="0"/>
            </w:pPr>
            <w:r>
              <w:t>☐ Stambomen reu en teef</w:t>
            </w:r>
          </w:p>
        </w:tc>
        <w:tc>
          <w:tcPr>
            <w:tcW w:w="4875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9AF8580" w14:textId="77777777" w:rsidR="000D40E3" w:rsidRDefault="00D0649E">
            <w:pPr>
              <w:spacing w:after="0"/>
            </w:pPr>
            <w:r>
              <w:t>☐ Gezondheidsonderzoeken/DNA</w:t>
            </w:r>
          </w:p>
        </w:tc>
      </w:tr>
      <w:tr w:rsidR="000D40E3" w14:paraId="7C2FD2D9" w14:textId="77777777" w:rsidTr="00AF54E9">
        <w:trPr>
          <w:jc w:val="center"/>
        </w:trPr>
        <w:tc>
          <w:tcPr>
            <w:tcW w:w="4875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BC31747" w14:textId="77777777" w:rsidR="000D40E3" w:rsidRDefault="00D0649E">
            <w:pPr>
              <w:spacing w:after="0"/>
            </w:pPr>
            <w:r>
              <w:t>☐ Inteelt-/verwantschapsberekening</w:t>
            </w:r>
          </w:p>
        </w:tc>
        <w:tc>
          <w:tcPr>
            <w:tcW w:w="4875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660D748" w14:textId="71AD5D60" w:rsidR="000D40E3" w:rsidRDefault="00D0649E">
            <w:pPr>
              <w:spacing w:after="0"/>
            </w:pPr>
            <w:r>
              <w:t xml:space="preserve">☐ Veterinaire verklaring </w:t>
            </w:r>
            <w:r w:rsidR="1D67AFC0">
              <w:t>(</w:t>
            </w:r>
            <w:r>
              <w:t>indien relevant</w:t>
            </w:r>
            <w:r w:rsidR="4C985B8B">
              <w:t>)</w:t>
            </w:r>
          </w:p>
        </w:tc>
      </w:tr>
      <w:tr w:rsidR="000D40E3" w14:paraId="5A82142F" w14:textId="77777777" w:rsidTr="00AF54E9">
        <w:trPr>
          <w:jc w:val="center"/>
        </w:trPr>
        <w:tc>
          <w:tcPr>
            <w:tcW w:w="4875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1B8CC09" w14:textId="7CC6C995" w:rsidR="000D40E3" w:rsidRPr="00855F92" w:rsidRDefault="00D0649E">
            <w:pPr>
              <w:spacing w:after="0"/>
              <w:rPr>
                <w:lang w:val="nl-NL"/>
              </w:rPr>
            </w:pPr>
            <w:r w:rsidRPr="2E965750">
              <w:rPr>
                <w:lang w:val="nl-NL"/>
              </w:rPr>
              <w:t xml:space="preserve">☐ Sperma-identificatie/opslag/verzending </w:t>
            </w:r>
            <w:r w:rsidR="15CDDA6B" w:rsidRPr="2E965750">
              <w:rPr>
                <w:lang w:val="nl-NL"/>
              </w:rPr>
              <w:t>(</w:t>
            </w:r>
            <w:r w:rsidRPr="2E965750">
              <w:rPr>
                <w:lang w:val="nl-NL"/>
              </w:rPr>
              <w:t>indien relevant</w:t>
            </w:r>
            <w:r w:rsidR="6649A184" w:rsidRPr="2E965750">
              <w:rPr>
                <w:lang w:val="nl-NL"/>
              </w:rPr>
              <w:t>)</w:t>
            </w:r>
          </w:p>
        </w:tc>
        <w:tc>
          <w:tcPr>
            <w:tcW w:w="4875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9786331" w14:textId="49146138" w:rsidR="000D40E3" w:rsidRDefault="00D0649E">
            <w:pPr>
              <w:spacing w:after="0"/>
            </w:pPr>
            <w:r>
              <w:t xml:space="preserve">☐ Fokplan </w:t>
            </w:r>
            <w:r w:rsidR="49B4FAA3">
              <w:t>(</w:t>
            </w:r>
            <w:r>
              <w:t>indien relevant</w:t>
            </w:r>
            <w:r w:rsidR="1F7C7230">
              <w:t>)</w:t>
            </w:r>
          </w:p>
        </w:tc>
      </w:tr>
      <w:tr w:rsidR="000D40E3" w:rsidRPr="00896688" w14:paraId="6B4C9D7C" w14:textId="77777777" w:rsidTr="00AF54E9">
        <w:trPr>
          <w:jc w:val="center"/>
        </w:trPr>
        <w:tc>
          <w:tcPr>
            <w:tcW w:w="9750" w:type="dxa"/>
            <w:gridSpan w:val="2"/>
            <w:shd w:val="clear" w:color="auto" w:fill="E8EEF5"/>
          </w:tcPr>
          <w:p w14:paraId="4B4D308E" w14:textId="223D742F" w:rsidR="000D40E3" w:rsidRPr="00AF54E9" w:rsidRDefault="00D0649E" w:rsidP="533E6364">
            <w:pPr>
              <w:spacing w:after="0"/>
              <w:rPr>
                <w:lang w:val="nl-NL"/>
              </w:rPr>
            </w:pPr>
            <w:r w:rsidRPr="00AF54E9">
              <w:rPr>
                <w:b/>
                <w:bCs/>
                <w:lang w:val="nl-NL"/>
              </w:rPr>
              <w:t>Verklaring aanvrager</w:t>
            </w:r>
            <w:r w:rsidR="00807258" w:rsidRPr="00AF54E9">
              <w:rPr>
                <w:b/>
                <w:bCs/>
                <w:lang w:val="nl-NL"/>
              </w:rPr>
              <w:t xml:space="preserve"> (alleen wanneer alles verklaard is, kan de combinatie in aanmerking komen)</w:t>
            </w:r>
          </w:p>
        </w:tc>
      </w:tr>
      <w:tr w:rsidR="000D40E3" w:rsidRPr="00896688" w14:paraId="17EBCCEE" w14:textId="77777777" w:rsidTr="00AF54E9">
        <w:trPr>
          <w:jc w:val="center"/>
        </w:trPr>
        <w:tc>
          <w:tcPr>
            <w:tcW w:w="9750" w:type="dxa"/>
            <w:gridSpan w:val="2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5429F72" w14:textId="77777777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>☐ Ik heb dit formulier naar waarheid ingevuld.</w:t>
            </w:r>
          </w:p>
        </w:tc>
      </w:tr>
      <w:tr w:rsidR="000D40E3" w:rsidRPr="00896688" w14:paraId="3810CC55" w14:textId="77777777" w:rsidTr="00AF54E9">
        <w:trPr>
          <w:jc w:val="center"/>
        </w:trPr>
        <w:tc>
          <w:tcPr>
            <w:tcW w:w="9750" w:type="dxa"/>
            <w:gridSpan w:val="2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D0370F1" w14:textId="77777777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>☐ De aanvraag maskeert geen erfelijke, structurele of rasgebonden reproductieproblemen.</w:t>
            </w:r>
          </w:p>
        </w:tc>
      </w:tr>
      <w:tr w:rsidR="000D40E3" w:rsidRPr="00896688" w14:paraId="5BB2BA7C" w14:textId="77777777" w:rsidTr="00AF54E9">
        <w:trPr>
          <w:jc w:val="center"/>
        </w:trPr>
        <w:tc>
          <w:tcPr>
            <w:tcW w:w="9750" w:type="dxa"/>
            <w:gridSpan w:val="2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77B993D" w14:textId="40027541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 xml:space="preserve">☐ Een positief besluit geldt alleen voor deze combinatie en vervalt </w:t>
            </w:r>
            <w:r w:rsidR="00855F92">
              <w:rPr>
                <w:lang w:val="nl-NL"/>
              </w:rPr>
              <w:t>9</w:t>
            </w:r>
            <w:r w:rsidRPr="00855F92">
              <w:rPr>
                <w:lang w:val="nl-NL"/>
              </w:rPr>
              <w:t xml:space="preserve"> maanden na besluitdatum.</w:t>
            </w:r>
          </w:p>
        </w:tc>
      </w:tr>
    </w:tbl>
    <w:p w14:paraId="72A914AA" w14:textId="77777777" w:rsidR="000D40E3" w:rsidRDefault="00D0649E">
      <w:pPr>
        <w:keepNext/>
        <w:spacing w:before="60" w:after="20"/>
      </w:pPr>
      <w:r>
        <w:rPr>
          <w:b/>
        </w:rPr>
        <w:t>Ondertekening aanvrager</w:t>
      </w:r>
    </w:p>
    <w:tbl>
      <w:tblPr>
        <w:tblStyle w:val="Tabelraster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3268"/>
        <w:gridCol w:w="2868"/>
        <w:gridCol w:w="3614"/>
      </w:tblGrid>
      <w:tr w:rsidR="000D40E3" w14:paraId="43F44A5E" w14:textId="77777777">
        <w:trPr>
          <w:jc w:val="center"/>
        </w:trPr>
        <w:tc>
          <w:tcPr>
            <w:tcW w:w="3231" w:type="dxa"/>
            <w:shd w:val="clear" w:color="auto" w:fill="F8FAFC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B8AB3FE" w14:textId="77777777" w:rsidR="000D40E3" w:rsidRDefault="00D0649E">
            <w:pPr>
              <w:spacing w:after="0"/>
            </w:pPr>
            <w:r>
              <w:t>Naam</w:t>
            </w:r>
          </w:p>
        </w:tc>
        <w:tc>
          <w:tcPr>
            <w:tcW w:w="2835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3280963" w14:textId="77777777" w:rsidR="000D40E3" w:rsidRDefault="00D0649E">
            <w:pPr>
              <w:spacing w:after="0"/>
            </w:pPr>
            <w:r>
              <w:t>Datum</w:t>
            </w:r>
          </w:p>
        </w:tc>
        <w:tc>
          <w:tcPr>
            <w:tcW w:w="3572" w:type="dxa"/>
            <w:shd w:val="clear" w:color="auto" w:fill="F8FAFC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1FD0D4E" w14:textId="77777777" w:rsidR="000D40E3" w:rsidRDefault="00D0649E">
            <w:pPr>
              <w:spacing w:after="0"/>
            </w:pPr>
            <w:r>
              <w:t>Handtekening</w:t>
            </w:r>
          </w:p>
        </w:tc>
      </w:tr>
      <w:tr w:rsidR="000D40E3" w14:paraId="123704DD" w14:textId="77777777">
        <w:trPr>
          <w:jc w:val="center"/>
        </w:trPr>
        <w:tc>
          <w:tcPr>
            <w:tcW w:w="3231" w:type="dxa"/>
            <w:shd w:val="clear" w:color="auto" w:fill="F8FAFC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DD5DA9C" w14:textId="77777777" w:rsidR="000D40E3" w:rsidRDefault="00D0649E">
            <w:pPr>
              <w:spacing w:after="0"/>
            </w:pPr>
            <w:r>
              <w:br/>
            </w:r>
          </w:p>
        </w:tc>
        <w:tc>
          <w:tcPr>
            <w:tcW w:w="2835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03039B5" w14:textId="77777777" w:rsidR="000D40E3" w:rsidRDefault="00D0649E">
            <w:pPr>
              <w:spacing w:after="0"/>
            </w:pPr>
            <w:r>
              <w:br/>
            </w:r>
          </w:p>
        </w:tc>
        <w:tc>
          <w:tcPr>
            <w:tcW w:w="3572" w:type="dxa"/>
            <w:shd w:val="clear" w:color="auto" w:fill="F8FAFC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522C6F2" w14:textId="77777777" w:rsidR="000D40E3" w:rsidRDefault="00D0649E">
            <w:pPr>
              <w:spacing w:after="0"/>
            </w:pPr>
            <w:r>
              <w:br/>
            </w:r>
          </w:p>
        </w:tc>
      </w:tr>
    </w:tbl>
    <w:p w14:paraId="63C248AE" w14:textId="77777777" w:rsidR="000D40E3" w:rsidRDefault="00D0649E">
      <w:r>
        <w:br w:type="page"/>
      </w:r>
    </w:p>
    <w:p w14:paraId="2F6B3678" w14:textId="5BDB54CF" w:rsidR="000D40E3" w:rsidRPr="00855F92" w:rsidRDefault="00D0649E">
      <w:pPr>
        <w:pStyle w:val="Kop1"/>
        <w:rPr>
          <w:lang w:val="nl-NL"/>
        </w:rPr>
      </w:pPr>
      <w:r w:rsidRPr="00855F92">
        <w:rPr>
          <w:lang w:val="nl-NL"/>
        </w:rPr>
        <w:lastRenderedPageBreak/>
        <w:t xml:space="preserve">5. Beoordeling door </w:t>
      </w:r>
      <w:r w:rsidR="00855F92" w:rsidRPr="00855F92">
        <w:rPr>
          <w:lang w:val="nl-NL"/>
        </w:rPr>
        <w:t>Raad van Beh</w:t>
      </w:r>
      <w:r w:rsidR="00855F92">
        <w:rPr>
          <w:lang w:val="nl-NL"/>
        </w:rPr>
        <w:t>eer (NIET INVULLEN DOOR AANVRAGER)</w:t>
      </w:r>
    </w:p>
    <w:tbl>
      <w:tblPr>
        <w:tblStyle w:val="Tabelraster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2409"/>
        <w:gridCol w:w="7341"/>
      </w:tblGrid>
      <w:tr w:rsidR="000D40E3" w14:paraId="2061874A" w14:textId="77777777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F156BB7" w14:textId="77777777" w:rsidR="000D40E3" w:rsidRDefault="00D0649E">
            <w:pPr>
              <w:spacing w:after="0"/>
            </w:pPr>
            <w:r>
              <w:rPr>
                <w:b/>
              </w:rPr>
              <w:t>Ontvangstdatum / compleet op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3D22851" w14:textId="77777777" w:rsidR="000D40E3" w:rsidRDefault="000D40E3">
            <w:pPr>
              <w:spacing w:after="0"/>
            </w:pPr>
          </w:p>
        </w:tc>
      </w:tr>
      <w:tr w:rsidR="000D40E3" w14:paraId="084A6B68" w14:textId="77777777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88FEFE2" w14:textId="77777777" w:rsidR="000D40E3" w:rsidRDefault="00D0649E">
            <w:pPr>
              <w:spacing w:after="0"/>
            </w:pPr>
            <w:r>
              <w:rPr>
                <w:b/>
              </w:rPr>
              <w:t>Minimaal 2 maanden vooraf ingediend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4F28E50" w14:textId="77777777" w:rsidR="000D40E3" w:rsidRDefault="00D0649E">
            <w:pPr>
              <w:spacing w:after="0"/>
            </w:pPr>
            <w:r>
              <w:t>☐ ja ☐ nee</w:t>
            </w:r>
          </w:p>
        </w:tc>
      </w:tr>
      <w:tr w:rsidR="000D40E3" w14:paraId="7924900E" w14:textId="77777777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A072E2E" w14:textId="77777777" w:rsidR="000D40E3" w:rsidRDefault="00D0649E">
            <w:pPr>
              <w:spacing w:after="0"/>
            </w:pPr>
            <w:r>
              <w:rPr>
                <w:b/>
              </w:rPr>
              <w:t>Beoordelaar(s)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083536E" w14:textId="77777777" w:rsidR="000D40E3" w:rsidRDefault="000D40E3">
            <w:pPr>
              <w:spacing w:after="0"/>
            </w:pPr>
          </w:p>
        </w:tc>
      </w:tr>
      <w:tr w:rsidR="000D40E3" w:rsidRPr="00896688" w14:paraId="7DFA3795" w14:textId="77777777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AB754E9" w14:textId="77777777" w:rsidR="000D40E3" w:rsidRDefault="00D0649E">
            <w:pPr>
              <w:spacing w:after="0"/>
            </w:pPr>
            <w:r>
              <w:rPr>
                <w:b/>
              </w:rPr>
              <w:t>Besluit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64130CF" w14:textId="77777777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>☐ goedgekeurd ☐ onder voorwaarden ☐ afgewezen ☐ aangehouden</w:t>
            </w:r>
          </w:p>
        </w:tc>
      </w:tr>
      <w:tr w:rsidR="000D40E3" w14:paraId="6EC36733" w14:textId="77777777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3334CCA" w14:textId="77777777" w:rsidR="000D40E3" w:rsidRDefault="00D0649E">
            <w:pPr>
              <w:spacing w:after="0"/>
            </w:pPr>
            <w:r>
              <w:rPr>
                <w:b/>
              </w:rPr>
              <w:t>Besluitdatum / geldig tot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2158605" w14:textId="29E0CDC1" w:rsidR="000D40E3" w:rsidRDefault="00D0649E">
            <w:pPr>
              <w:spacing w:after="0"/>
            </w:pPr>
            <w:r>
              <w:t xml:space="preserve">Geldig tot: besluitdatum + </w:t>
            </w:r>
            <w:r w:rsidR="00855F92">
              <w:t>9</w:t>
            </w:r>
            <w:r>
              <w:t xml:space="preserve"> maanden</w:t>
            </w:r>
          </w:p>
        </w:tc>
      </w:tr>
      <w:tr w:rsidR="000D40E3" w14:paraId="2A67836C" w14:textId="77777777">
        <w:trPr>
          <w:jc w:val="center"/>
        </w:trPr>
        <w:tc>
          <w:tcPr>
            <w:tcW w:w="238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95B0A42" w14:textId="77777777" w:rsidR="000D40E3" w:rsidRDefault="00D0649E">
            <w:pPr>
              <w:spacing w:after="0"/>
            </w:pPr>
            <w:r>
              <w:rPr>
                <w:b/>
              </w:rPr>
              <w:t>Toegestane methode</w:t>
            </w:r>
          </w:p>
        </w:tc>
        <w:tc>
          <w:tcPr>
            <w:tcW w:w="7257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4A57433" w14:textId="77777777" w:rsidR="000D40E3" w:rsidRDefault="000D40E3">
            <w:pPr>
              <w:spacing w:after="0"/>
            </w:pPr>
          </w:p>
        </w:tc>
      </w:tr>
    </w:tbl>
    <w:p w14:paraId="6029973B" w14:textId="77777777" w:rsidR="000D40E3" w:rsidRDefault="00D0649E">
      <w:pPr>
        <w:keepNext/>
        <w:spacing w:before="40" w:after="20"/>
      </w:pPr>
      <w:r>
        <w:rPr>
          <w:b/>
        </w:rPr>
        <w:t>Motivering besluit en eventuele voorwaarden</w:t>
      </w:r>
    </w:p>
    <w:tbl>
      <w:tblPr>
        <w:tblStyle w:val="Tabelraster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64"/>
        <w:gridCol w:w="4864"/>
        <w:gridCol w:w="22"/>
      </w:tblGrid>
      <w:tr w:rsidR="000D40E3" w14:paraId="0A6973B2" w14:textId="77777777">
        <w:trPr>
          <w:jc w:val="center"/>
        </w:trPr>
        <w:tc>
          <w:tcPr>
            <w:tcW w:w="10262" w:type="dxa"/>
            <w:gridSpan w:val="3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369B99D6" w14:textId="77777777" w:rsidR="000D40E3" w:rsidRDefault="00D0649E">
            <w:pPr>
              <w:spacing w:after="0"/>
            </w:pPr>
            <w:r>
              <w:t xml:space="preserve"> </w:t>
            </w:r>
          </w:p>
        </w:tc>
      </w:tr>
      <w:tr w:rsidR="000D40E3" w14:paraId="27745DAB" w14:textId="77777777">
        <w:trPr>
          <w:jc w:val="center"/>
        </w:trPr>
        <w:tc>
          <w:tcPr>
            <w:tcW w:w="10262" w:type="dxa"/>
            <w:gridSpan w:val="3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0A883C0C" w14:textId="77777777" w:rsidR="000D40E3" w:rsidRDefault="00D0649E">
            <w:pPr>
              <w:spacing w:after="0"/>
            </w:pPr>
            <w:r>
              <w:t xml:space="preserve"> </w:t>
            </w:r>
          </w:p>
        </w:tc>
      </w:tr>
      <w:tr w:rsidR="000D40E3" w14:paraId="744187DF" w14:textId="77777777">
        <w:trPr>
          <w:jc w:val="center"/>
        </w:trPr>
        <w:tc>
          <w:tcPr>
            <w:tcW w:w="10262" w:type="dxa"/>
            <w:gridSpan w:val="3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363A43A3" w14:textId="77777777" w:rsidR="000D40E3" w:rsidRDefault="00D0649E">
            <w:pPr>
              <w:spacing w:after="0"/>
            </w:pPr>
            <w:r>
              <w:t xml:space="preserve"> </w:t>
            </w:r>
          </w:p>
        </w:tc>
      </w:tr>
      <w:tr w:rsidR="000D40E3" w14:paraId="40118C61" w14:textId="77777777">
        <w:trPr>
          <w:jc w:val="center"/>
        </w:trPr>
        <w:tc>
          <w:tcPr>
            <w:tcW w:w="10262" w:type="dxa"/>
            <w:gridSpan w:val="3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1106770B" w14:textId="77777777" w:rsidR="000D40E3" w:rsidRDefault="00D0649E">
            <w:pPr>
              <w:spacing w:after="0"/>
            </w:pPr>
            <w:r>
              <w:t xml:space="preserve"> </w:t>
            </w:r>
          </w:p>
        </w:tc>
      </w:tr>
      <w:tr w:rsidR="000D40E3" w14:paraId="3BD1C8B0" w14:textId="77777777">
        <w:trPr>
          <w:jc w:val="center"/>
        </w:trPr>
        <w:tc>
          <w:tcPr>
            <w:tcW w:w="10262" w:type="dxa"/>
            <w:gridSpan w:val="3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7C434598" w14:textId="77777777" w:rsidR="000D40E3" w:rsidRDefault="00D0649E">
            <w:pPr>
              <w:spacing w:after="0"/>
            </w:pPr>
            <w:r>
              <w:t xml:space="preserve"> </w:t>
            </w:r>
          </w:p>
        </w:tc>
      </w:tr>
      <w:tr w:rsidR="000D40E3" w14:paraId="59333880" w14:textId="77777777">
        <w:trPr>
          <w:gridAfter w:val="1"/>
          <w:wAfter w:w="23" w:type="dxa"/>
          <w:jc w:val="center"/>
        </w:trPr>
        <w:tc>
          <w:tcPr>
            <w:tcW w:w="10262" w:type="dxa"/>
            <w:gridSpan w:val="2"/>
            <w:shd w:val="clear" w:color="auto" w:fill="E8EEF5"/>
          </w:tcPr>
          <w:p w14:paraId="7A0CD423" w14:textId="77777777" w:rsidR="000D40E3" w:rsidRDefault="00D0649E">
            <w:pPr>
              <w:spacing w:after="0"/>
            </w:pPr>
            <w:r>
              <w:rPr>
                <w:b/>
              </w:rPr>
              <w:t>Beoordelingschecklist</w:t>
            </w:r>
          </w:p>
        </w:tc>
      </w:tr>
      <w:tr w:rsidR="000D40E3" w:rsidRPr="001B2277" w14:paraId="01B69602" w14:textId="77777777">
        <w:trPr>
          <w:gridAfter w:val="1"/>
          <w:wAfter w:w="23" w:type="dxa"/>
          <w:jc w:val="center"/>
        </w:trPr>
        <w:tc>
          <w:tcPr>
            <w:tcW w:w="513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D0B7506" w14:textId="578365F0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>☐ Reden</w:t>
            </w:r>
            <w:r w:rsidR="00E95454">
              <w:rPr>
                <w:lang w:val="nl-NL"/>
              </w:rPr>
              <w:t xml:space="preserve"> uitzondering </w:t>
            </w:r>
            <w:r w:rsidRPr="00855F92">
              <w:rPr>
                <w:lang w:val="nl-NL"/>
              </w:rPr>
              <w:t>is individueel en concreet.</w:t>
            </w:r>
          </w:p>
        </w:tc>
        <w:tc>
          <w:tcPr>
            <w:tcW w:w="513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B951795" w14:textId="6EFA16CD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>☐ Combinatie voldoet</w:t>
            </w:r>
          </w:p>
        </w:tc>
      </w:tr>
      <w:tr w:rsidR="000D40E3" w:rsidRPr="00896688" w14:paraId="3C0642BB" w14:textId="77777777">
        <w:trPr>
          <w:gridAfter w:val="1"/>
          <w:wAfter w:w="23" w:type="dxa"/>
          <w:jc w:val="center"/>
        </w:trPr>
        <w:tc>
          <w:tcPr>
            <w:tcW w:w="513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4A58D43" w14:textId="77777777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>☐ Welzijn van reu, teef en nakomelingen is voldoende geborgd.</w:t>
            </w:r>
          </w:p>
        </w:tc>
        <w:tc>
          <w:tcPr>
            <w:tcW w:w="513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E292891" w14:textId="58B0444E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 xml:space="preserve">☐ Geen aanwijzing </w:t>
            </w:r>
            <w:r w:rsidR="006834D9">
              <w:rPr>
                <w:lang w:val="nl-NL"/>
              </w:rPr>
              <w:t>voor</w:t>
            </w:r>
            <w:r w:rsidR="006834D9" w:rsidRPr="00855F92">
              <w:rPr>
                <w:lang w:val="nl-NL"/>
              </w:rPr>
              <w:t xml:space="preserve"> </w:t>
            </w:r>
            <w:r w:rsidRPr="00855F92">
              <w:rPr>
                <w:lang w:val="nl-NL"/>
              </w:rPr>
              <w:t>structurele reproductieproblemen.</w:t>
            </w:r>
          </w:p>
        </w:tc>
      </w:tr>
      <w:tr w:rsidR="000D40E3" w:rsidRPr="00896688" w14:paraId="79AD1B7A" w14:textId="77777777">
        <w:trPr>
          <w:gridAfter w:val="1"/>
          <w:wAfter w:w="23" w:type="dxa"/>
          <w:jc w:val="center"/>
        </w:trPr>
        <w:tc>
          <w:tcPr>
            <w:tcW w:w="513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73AC3BE" w14:textId="77777777" w:rsidR="000D40E3" w:rsidRPr="00855F92" w:rsidRDefault="00D0649E">
            <w:pPr>
              <w:spacing w:after="0"/>
              <w:rPr>
                <w:lang w:val="nl-NL"/>
              </w:rPr>
            </w:pPr>
            <w:r w:rsidRPr="00855F92">
              <w:rPr>
                <w:lang w:val="nl-NL"/>
              </w:rPr>
              <w:t>☐ Genetische/gezondheidsmeerwaarde is voldoende onderbouwd.</w:t>
            </w:r>
          </w:p>
        </w:tc>
        <w:tc>
          <w:tcPr>
            <w:tcW w:w="5131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47438A1" w14:textId="7C5941C4" w:rsidR="000D40E3" w:rsidRPr="00855F92" w:rsidRDefault="000D40E3">
            <w:pPr>
              <w:spacing w:after="0"/>
              <w:rPr>
                <w:lang w:val="nl-NL"/>
              </w:rPr>
            </w:pPr>
          </w:p>
        </w:tc>
      </w:tr>
    </w:tbl>
    <w:p w14:paraId="010410DC" w14:textId="1C281E5B" w:rsidR="000D40E3" w:rsidRDefault="00D0649E">
      <w:pPr>
        <w:keepNext/>
        <w:spacing w:before="60" w:after="20"/>
      </w:pPr>
      <w:r>
        <w:rPr>
          <w:b/>
        </w:rPr>
        <w:t xml:space="preserve">Ondertekening namens </w:t>
      </w:r>
      <w:r w:rsidR="00855F92">
        <w:rPr>
          <w:b/>
        </w:rPr>
        <w:t>Raad van Beheer</w:t>
      </w:r>
    </w:p>
    <w:tbl>
      <w:tblPr>
        <w:tblStyle w:val="Tabelraster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3268"/>
        <w:gridCol w:w="2868"/>
        <w:gridCol w:w="3614"/>
      </w:tblGrid>
      <w:tr w:rsidR="000D40E3" w14:paraId="184969ED" w14:textId="77777777">
        <w:trPr>
          <w:jc w:val="center"/>
        </w:trPr>
        <w:tc>
          <w:tcPr>
            <w:tcW w:w="3231" w:type="dxa"/>
            <w:shd w:val="clear" w:color="auto" w:fill="F8FAFC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4076D04" w14:textId="77777777" w:rsidR="000D40E3" w:rsidRDefault="00D0649E">
            <w:pPr>
              <w:spacing w:after="0"/>
            </w:pPr>
            <w:r>
              <w:t>Naam</w:t>
            </w:r>
          </w:p>
        </w:tc>
        <w:tc>
          <w:tcPr>
            <w:tcW w:w="2835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BEDE28E" w14:textId="77777777" w:rsidR="000D40E3" w:rsidRDefault="00D0649E">
            <w:pPr>
              <w:spacing w:after="0"/>
            </w:pPr>
            <w:r>
              <w:t>Datum</w:t>
            </w:r>
          </w:p>
        </w:tc>
        <w:tc>
          <w:tcPr>
            <w:tcW w:w="3572" w:type="dxa"/>
            <w:shd w:val="clear" w:color="auto" w:fill="F8FAFC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0195E74" w14:textId="77777777" w:rsidR="000D40E3" w:rsidRDefault="00D0649E">
            <w:pPr>
              <w:spacing w:after="0"/>
            </w:pPr>
            <w:r>
              <w:t>Handtekening</w:t>
            </w:r>
          </w:p>
        </w:tc>
      </w:tr>
      <w:tr w:rsidR="000D40E3" w14:paraId="016EC6F0" w14:textId="77777777">
        <w:trPr>
          <w:jc w:val="center"/>
        </w:trPr>
        <w:tc>
          <w:tcPr>
            <w:tcW w:w="3231" w:type="dxa"/>
            <w:shd w:val="clear" w:color="auto" w:fill="F8FAFC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3715E39" w14:textId="77777777" w:rsidR="000D40E3" w:rsidRDefault="00D0649E">
            <w:pPr>
              <w:spacing w:after="0"/>
            </w:pPr>
            <w:r>
              <w:br/>
            </w:r>
          </w:p>
        </w:tc>
        <w:tc>
          <w:tcPr>
            <w:tcW w:w="2835" w:type="dxa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F38823B" w14:textId="77777777" w:rsidR="000D40E3" w:rsidRDefault="00D0649E">
            <w:pPr>
              <w:spacing w:after="0"/>
            </w:pPr>
            <w:r>
              <w:br/>
            </w:r>
          </w:p>
        </w:tc>
        <w:tc>
          <w:tcPr>
            <w:tcW w:w="3572" w:type="dxa"/>
            <w:shd w:val="clear" w:color="auto" w:fill="F8FAFC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5E8DCE2" w14:textId="77777777" w:rsidR="000D40E3" w:rsidRDefault="00D0649E">
            <w:pPr>
              <w:spacing w:after="0"/>
            </w:pPr>
            <w:r>
              <w:br/>
            </w:r>
          </w:p>
        </w:tc>
      </w:tr>
    </w:tbl>
    <w:p w14:paraId="55041CC7" w14:textId="73E414D4" w:rsidR="000D40E3" w:rsidRPr="00855F92" w:rsidRDefault="000D40E3">
      <w:pPr>
        <w:spacing w:after="0"/>
        <w:rPr>
          <w:lang w:val="nl-NL"/>
        </w:rPr>
      </w:pPr>
    </w:p>
    <w:sectPr w:rsidR="000D40E3" w:rsidRPr="00855F92" w:rsidSect="00034616">
      <w:headerReference w:type="default" r:id="rId7"/>
      <w:footerReference w:type="default" r:id="rId8"/>
      <w:pgSz w:w="11906" w:h="16838"/>
      <w:pgMar w:top="765" w:right="822" w:bottom="765" w:left="822" w:header="42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D5AA9" w14:textId="77777777" w:rsidR="00FA6784" w:rsidRDefault="00FA6784">
      <w:pPr>
        <w:spacing w:after="0"/>
      </w:pPr>
      <w:r>
        <w:separator/>
      </w:r>
    </w:p>
  </w:endnote>
  <w:endnote w:type="continuationSeparator" w:id="0">
    <w:p w14:paraId="51773D42" w14:textId="77777777" w:rsidR="00FA6784" w:rsidRDefault="00FA67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38B84" w14:textId="77777777" w:rsidR="00EC13F1" w:rsidRDefault="00EC13F1">
    <w:pPr>
      <w:pStyle w:val="Voettekst"/>
      <w:jc w:val="right"/>
    </w:pPr>
    <w:r>
      <w:t xml:space="preserve">Pagina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66146" w14:textId="77777777" w:rsidR="00FA6784" w:rsidRDefault="00FA6784">
      <w:pPr>
        <w:spacing w:after="0"/>
      </w:pPr>
      <w:r>
        <w:separator/>
      </w:r>
    </w:p>
  </w:footnote>
  <w:footnote w:type="continuationSeparator" w:id="0">
    <w:p w14:paraId="27B248E0" w14:textId="77777777" w:rsidR="00FA6784" w:rsidRDefault="00FA67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86B33" w14:textId="56CC69DB" w:rsidR="00EC13F1" w:rsidRPr="00896688" w:rsidRDefault="00EC13F1" w:rsidP="00B77E15">
    <w:pPr>
      <w:pStyle w:val="Koptekst"/>
      <w:rPr>
        <w:color w:val="5A5A5A"/>
        <w:sz w:val="16"/>
        <w:szCs w:val="16"/>
        <w:lang w:val="nl-NL"/>
      </w:rPr>
    </w:pPr>
    <w:r>
      <w:rPr>
        <w:noProof/>
        <w:color w:val="5A5A5A"/>
        <w:sz w:val="16"/>
        <w:szCs w:val="16"/>
      </w:rPr>
      <w:drawing>
        <wp:anchor distT="0" distB="0" distL="114300" distR="114300" simplePos="0" relativeHeight="251658240" behindDoc="0" locked="0" layoutInCell="1" allowOverlap="1" wp14:anchorId="2CDC39BA" wp14:editId="179F553C">
          <wp:simplePos x="0" y="0"/>
          <wp:positionH relativeFrom="page">
            <wp:align>right</wp:align>
          </wp:positionH>
          <wp:positionV relativeFrom="paragraph">
            <wp:posOffset>-269875</wp:posOffset>
          </wp:positionV>
          <wp:extent cx="2857500" cy="971550"/>
          <wp:effectExtent l="0" t="0" r="0" b="0"/>
          <wp:wrapNone/>
          <wp:docPr id="344415312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CF22EE8F-5C83-4502-918A-61DD769E5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96688">
      <w:rPr>
        <w:color w:val="5A5A5A"/>
        <w:sz w:val="16"/>
        <w:szCs w:val="16"/>
        <w:lang w:val="nl-NL"/>
      </w:rPr>
      <w:t>Uitzondering Foknormen – specifieke combinatie</w:t>
    </w:r>
    <w:r w:rsidR="00896688" w:rsidRPr="00896688">
      <w:rPr>
        <w:color w:val="5A5A5A"/>
        <w:sz w:val="16"/>
        <w:szCs w:val="16"/>
        <w:lang w:val="nl-NL"/>
      </w:rPr>
      <w:t xml:space="preserve"> (v</w:t>
    </w:r>
    <w:r w:rsidR="00896688">
      <w:rPr>
        <w:color w:val="5A5A5A"/>
        <w:sz w:val="16"/>
        <w:szCs w:val="16"/>
        <w:lang w:val="nl-NL"/>
      </w:rPr>
      <w:t>ersie augustus 2026)</w:t>
    </w:r>
  </w:p>
  <w:p w14:paraId="32D55FC4" w14:textId="77777777" w:rsidR="00EC13F1" w:rsidRPr="00896688" w:rsidRDefault="00EC13F1" w:rsidP="00B77E15">
    <w:pPr>
      <w:pStyle w:val="Koptekst"/>
      <w:rPr>
        <w:color w:val="5A5A5A"/>
        <w:sz w:val="16"/>
        <w:szCs w:val="16"/>
        <w:lang w:val="nl-NL"/>
      </w:rPr>
    </w:pPr>
  </w:p>
  <w:p w14:paraId="3EC7ACAF" w14:textId="77777777" w:rsidR="00EC13F1" w:rsidRPr="00896688" w:rsidRDefault="00EC13F1" w:rsidP="00B77E15">
    <w:pPr>
      <w:pStyle w:val="Koptekst"/>
      <w:rPr>
        <w:color w:val="5A5A5A"/>
        <w:sz w:val="16"/>
        <w:szCs w:val="16"/>
        <w:lang w:val="nl-NL"/>
      </w:rPr>
    </w:pPr>
  </w:p>
  <w:p w14:paraId="0D387E2F" w14:textId="77777777" w:rsidR="00EC13F1" w:rsidRPr="00896688" w:rsidRDefault="00EC13F1" w:rsidP="00B77E15">
    <w:pPr>
      <w:pStyle w:val="Koptekst"/>
      <w:rPr>
        <w:color w:val="5A5A5A"/>
        <w:sz w:val="16"/>
        <w:szCs w:val="16"/>
        <w:lang w:val="nl-NL"/>
      </w:rPr>
    </w:pPr>
  </w:p>
  <w:p w14:paraId="4B4D84ED" w14:textId="77777777" w:rsidR="00EC13F1" w:rsidRPr="00896688" w:rsidRDefault="00EC13F1" w:rsidP="00B77E15">
    <w:pPr>
      <w:pStyle w:val="Koptekst"/>
      <w:rPr>
        <w:color w:val="5A5A5A"/>
        <w:sz w:val="16"/>
        <w:szCs w:val="16"/>
        <w:lang w:val="nl-NL"/>
      </w:rPr>
    </w:pPr>
  </w:p>
  <w:p w14:paraId="77F1463F" w14:textId="77777777" w:rsidR="00EC13F1" w:rsidRPr="00896688" w:rsidRDefault="00EC13F1" w:rsidP="00B77E15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4136A6"/>
    <w:multiLevelType w:val="hybridMultilevel"/>
    <w:tmpl w:val="8416AB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608654">
    <w:abstractNumId w:val="0"/>
  </w:num>
  <w:num w:numId="2" w16cid:durableId="153494408">
    <w:abstractNumId w:val="8"/>
  </w:num>
  <w:num w:numId="3" w16cid:durableId="156650740">
    <w:abstractNumId w:val="5"/>
  </w:num>
  <w:num w:numId="4" w16cid:durableId="1762068074">
    <w:abstractNumId w:val="6"/>
  </w:num>
  <w:num w:numId="5" w16cid:durableId="1819304776">
    <w:abstractNumId w:val="9"/>
  </w:num>
  <w:num w:numId="6" w16cid:durableId="380256055">
    <w:abstractNumId w:val="7"/>
  </w:num>
  <w:num w:numId="7" w16cid:durableId="618413006">
    <w:abstractNumId w:val="4"/>
  </w:num>
  <w:num w:numId="8" w16cid:durableId="654147159">
    <w:abstractNumId w:val="3"/>
  </w:num>
  <w:num w:numId="9" w16cid:durableId="707990179">
    <w:abstractNumId w:val="2"/>
  </w:num>
  <w:num w:numId="10" w16cid:durableId="921794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E4C"/>
    <w:rsid w:val="000228A4"/>
    <w:rsid w:val="0002408F"/>
    <w:rsid w:val="00034616"/>
    <w:rsid w:val="00057C80"/>
    <w:rsid w:val="0006063C"/>
    <w:rsid w:val="00065263"/>
    <w:rsid w:val="000A0F70"/>
    <w:rsid w:val="000C77F5"/>
    <w:rsid w:val="000D40E3"/>
    <w:rsid w:val="000D62DD"/>
    <w:rsid w:val="00117333"/>
    <w:rsid w:val="0015074B"/>
    <w:rsid w:val="00192C61"/>
    <w:rsid w:val="001B2277"/>
    <w:rsid w:val="001B385C"/>
    <w:rsid w:val="001E2085"/>
    <w:rsid w:val="00215A3A"/>
    <w:rsid w:val="0029639D"/>
    <w:rsid w:val="002A7006"/>
    <w:rsid w:val="002B6851"/>
    <w:rsid w:val="00304CB6"/>
    <w:rsid w:val="00326F90"/>
    <w:rsid w:val="003335AB"/>
    <w:rsid w:val="00385AD1"/>
    <w:rsid w:val="00387BFE"/>
    <w:rsid w:val="003B65C6"/>
    <w:rsid w:val="003D7AB7"/>
    <w:rsid w:val="003E084F"/>
    <w:rsid w:val="0040714D"/>
    <w:rsid w:val="004E109D"/>
    <w:rsid w:val="00514F88"/>
    <w:rsid w:val="00523939"/>
    <w:rsid w:val="00523DE5"/>
    <w:rsid w:val="00550377"/>
    <w:rsid w:val="0055073B"/>
    <w:rsid w:val="00564F7D"/>
    <w:rsid w:val="0059131B"/>
    <w:rsid w:val="00592E09"/>
    <w:rsid w:val="005B0D17"/>
    <w:rsid w:val="005D571C"/>
    <w:rsid w:val="00641008"/>
    <w:rsid w:val="006467A2"/>
    <w:rsid w:val="006834D9"/>
    <w:rsid w:val="006E10F2"/>
    <w:rsid w:val="007417AB"/>
    <w:rsid w:val="007955B7"/>
    <w:rsid w:val="007B0612"/>
    <w:rsid w:val="00807258"/>
    <w:rsid w:val="0081078F"/>
    <w:rsid w:val="00840979"/>
    <w:rsid w:val="00855F92"/>
    <w:rsid w:val="0087491C"/>
    <w:rsid w:val="00896688"/>
    <w:rsid w:val="008A2976"/>
    <w:rsid w:val="008C7F5A"/>
    <w:rsid w:val="008D613F"/>
    <w:rsid w:val="009037AE"/>
    <w:rsid w:val="00934507"/>
    <w:rsid w:val="00955A5A"/>
    <w:rsid w:val="0099074C"/>
    <w:rsid w:val="009B3755"/>
    <w:rsid w:val="009B764B"/>
    <w:rsid w:val="00A433C0"/>
    <w:rsid w:val="00A70B59"/>
    <w:rsid w:val="00AA1D8D"/>
    <w:rsid w:val="00AD4A0E"/>
    <w:rsid w:val="00AE7466"/>
    <w:rsid w:val="00AF1443"/>
    <w:rsid w:val="00AF54E9"/>
    <w:rsid w:val="00B141CD"/>
    <w:rsid w:val="00B47730"/>
    <w:rsid w:val="00B50EE0"/>
    <w:rsid w:val="00B77E15"/>
    <w:rsid w:val="00B904DC"/>
    <w:rsid w:val="00BC5506"/>
    <w:rsid w:val="00BD4382"/>
    <w:rsid w:val="00C63DE6"/>
    <w:rsid w:val="00CB0664"/>
    <w:rsid w:val="00CF5234"/>
    <w:rsid w:val="00D0649E"/>
    <w:rsid w:val="00D10583"/>
    <w:rsid w:val="00D3288C"/>
    <w:rsid w:val="00DF1095"/>
    <w:rsid w:val="00E2059C"/>
    <w:rsid w:val="00E341BA"/>
    <w:rsid w:val="00E4578F"/>
    <w:rsid w:val="00E51AA5"/>
    <w:rsid w:val="00E71258"/>
    <w:rsid w:val="00E94233"/>
    <w:rsid w:val="00E95454"/>
    <w:rsid w:val="00EA7195"/>
    <w:rsid w:val="00EA72DD"/>
    <w:rsid w:val="00EC13F1"/>
    <w:rsid w:val="00EF3B68"/>
    <w:rsid w:val="00F40E87"/>
    <w:rsid w:val="00F4104A"/>
    <w:rsid w:val="00FA6784"/>
    <w:rsid w:val="00FC693F"/>
    <w:rsid w:val="05451207"/>
    <w:rsid w:val="14CCBECF"/>
    <w:rsid w:val="15CDDA6B"/>
    <w:rsid w:val="1D67AFC0"/>
    <w:rsid w:val="1F7C7230"/>
    <w:rsid w:val="22358232"/>
    <w:rsid w:val="2449A1C1"/>
    <w:rsid w:val="25563158"/>
    <w:rsid w:val="2A0B9DED"/>
    <w:rsid w:val="2E965750"/>
    <w:rsid w:val="3F0009D5"/>
    <w:rsid w:val="40394FF4"/>
    <w:rsid w:val="48FECA80"/>
    <w:rsid w:val="49B4FAA3"/>
    <w:rsid w:val="4C985B8B"/>
    <w:rsid w:val="533E6364"/>
    <w:rsid w:val="6649A184"/>
    <w:rsid w:val="6DDFC924"/>
    <w:rsid w:val="6E5CD5D8"/>
    <w:rsid w:val="7CDA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B3669A"/>
  <w14:defaultImageDpi w14:val="300"/>
  <w15:docId w15:val="{254EA34B-7E5A-41A2-8AEC-8A936B14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60" w:line="240" w:lineRule="auto"/>
    </w:pPr>
    <w:rPr>
      <w:rFonts w:ascii="Calibri" w:eastAsia="Calibri" w:hAnsi="Calibri"/>
      <w:color w:val="202020"/>
      <w:sz w:val="17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2E74B5"/>
      <w:sz w:val="23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/>
      <w:b/>
      <w:bCs/>
      <w:color w:val="1F4D78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4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9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e">
    <w:name w:val="Revision"/>
    <w:hidden/>
    <w:uiPriority w:val="99"/>
    <w:semiHidden/>
    <w:rsid w:val="002B6851"/>
    <w:pPr>
      <w:spacing w:after="0" w:line="240" w:lineRule="auto"/>
    </w:pPr>
    <w:rPr>
      <w:rFonts w:ascii="Calibri" w:eastAsia="Calibri" w:hAnsi="Calibri"/>
      <w:color w:val="202020"/>
      <w:sz w:val="17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Calibri" w:eastAsia="Calibri" w:hAnsi="Calibri"/>
      <w:color w:val="202020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2613</Characters>
  <Application>Microsoft Office Word</Application>
  <DocSecurity>0</DocSecurity>
  <Lines>21</Lines>
  <Paragraphs>6</Paragraphs>
  <ScaleCrop>false</ScaleCrop>
  <Manager/>
  <Company/>
  <LinksUpToDate>false</LinksUpToDate>
  <CharactersWithSpaces>3081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Inge Fakkert</cp:lastModifiedBy>
  <cp:revision>2</cp:revision>
  <dcterms:created xsi:type="dcterms:W3CDTF">2026-08-25T14:04:00Z</dcterms:created>
  <dcterms:modified xsi:type="dcterms:W3CDTF">2026-08-25T14:04:00Z</dcterms:modified>
  <cp:category/>
</cp:coreProperties>
</file>